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0274" w14:textId="1A9C7664" w:rsidR="00C703E8" w:rsidRPr="0076759F" w:rsidRDefault="00524806" w:rsidP="00B9726E">
      <w:pPr>
        <w:pStyle w:val="aa"/>
        <w:spacing w:after="320"/>
        <w:ind w:leftChars="-236" w:left="-566" w:rightChars="-233" w:right="-559"/>
        <w:jc w:val="center"/>
        <w:rPr>
          <w:rFonts w:ascii="Times New Roman" w:hAnsi="Times New Roman" w:cs="Times New Roman"/>
          <w:sz w:val="28"/>
          <w:szCs w:val="28"/>
        </w:rPr>
      </w:pPr>
      <w:r w:rsidRPr="0076759F">
        <w:rPr>
          <w:rFonts w:ascii="Times New Roman" w:hAnsi="Times New Roman" w:cs="Times New Roman"/>
          <w:sz w:val="28"/>
          <w:szCs w:val="28"/>
        </w:rPr>
        <w:t xml:space="preserve">Application for </w:t>
      </w:r>
      <w:r w:rsidR="00351E15">
        <w:rPr>
          <w:rFonts w:ascii="Times New Roman" w:hAnsi="Times New Roman" w:cs="Times New Roman"/>
          <w:sz w:val="28"/>
          <w:szCs w:val="28"/>
        </w:rPr>
        <w:t xml:space="preserve">Field </w:t>
      </w:r>
      <w:r w:rsidR="00B9726E">
        <w:rPr>
          <w:rFonts w:ascii="新細明體" w:eastAsia="新細明體" w:hAnsi="新細明體" w:cs="Times New Roman" w:hint="eastAsia"/>
          <w:sz w:val="28"/>
          <w:szCs w:val="28"/>
          <w:lang w:eastAsia="zh-TW"/>
        </w:rPr>
        <w:t>P</w:t>
      </w:r>
      <w:r w:rsidR="00B9726E" w:rsidRPr="00B9726E">
        <w:rPr>
          <w:rFonts w:ascii="Times New Roman" w:hAnsi="Times New Roman" w:cs="Times New Roman"/>
          <w:sz w:val="28"/>
          <w:szCs w:val="28"/>
        </w:rPr>
        <w:t>racticum</w:t>
      </w:r>
      <w:r w:rsidRPr="0076759F">
        <w:rPr>
          <w:rFonts w:ascii="Times New Roman" w:hAnsi="Times New Roman" w:cs="Times New Roman"/>
          <w:sz w:val="28"/>
          <w:szCs w:val="28"/>
        </w:rPr>
        <w:t xml:space="preserve"> Committee Approval</w:t>
      </w:r>
    </w:p>
    <w:p w14:paraId="299315A2" w14:textId="066E39D9" w:rsidR="00B473B7" w:rsidRPr="006E1C0E" w:rsidRDefault="00524806" w:rsidP="00B9726E">
      <w:pPr>
        <w:spacing w:line="240" w:lineRule="auto"/>
        <w:ind w:leftChars="-236" w:left="-566" w:rightChars="-233" w:right="-559"/>
        <w:rPr>
          <w:rFonts w:cs="Times New Roman"/>
          <w:sz w:val="32"/>
          <w:szCs w:val="32"/>
        </w:rPr>
      </w:pPr>
      <w:r w:rsidRPr="006E1C0E">
        <w:rPr>
          <w:rFonts w:cs="Times New Roman"/>
          <w:sz w:val="32"/>
          <w:szCs w:val="32"/>
        </w:rPr>
        <w:t>I,</w:t>
      </w:r>
      <w:r w:rsidR="00A91310">
        <w:rPr>
          <w:rFonts w:cs="Times New Roman"/>
          <w:sz w:val="32"/>
          <w:szCs w:val="32"/>
        </w:rPr>
        <w:t xml:space="preserve"> </w:t>
      </w:r>
      <w:r w:rsidR="00B9726E" w:rsidRPr="006E1C0E">
        <w:rPr>
          <w:rFonts w:ascii="新細明體" w:eastAsia="新細明體" w:hAnsi="新細明體" w:cs="Times New Roman" w:hint="eastAsia"/>
          <w:sz w:val="32"/>
          <w:szCs w:val="32"/>
          <w:u w:val="single"/>
          <w:lang w:eastAsia="zh-TW"/>
        </w:rPr>
        <w:t xml:space="preserve">                         </w:t>
      </w:r>
      <w:r w:rsidRPr="006E1C0E">
        <w:rPr>
          <w:rFonts w:cs="Times New Roman"/>
          <w:sz w:val="32"/>
          <w:szCs w:val="32"/>
        </w:rPr>
        <w:t>, a student at the Graduate Institute of Social Work, National Taiwan Normal University</w:t>
      </w:r>
      <w:r w:rsidR="00934218" w:rsidRPr="006E1C0E">
        <w:rPr>
          <w:rFonts w:cs="Times New Roman"/>
          <w:sz w:val="32"/>
          <w:szCs w:val="32"/>
        </w:rPr>
        <w:t xml:space="preserve">, </w:t>
      </w:r>
    </w:p>
    <w:p w14:paraId="4B069317" w14:textId="015EE75F" w:rsidR="00C703E8" w:rsidRPr="006E1C0E" w:rsidRDefault="00524806" w:rsidP="00B9726E">
      <w:pPr>
        <w:spacing w:line="240" w:lineRule="auto"/>
        <w:ind w:leftChars="-236" w:left="-566" w:rightChars="-233" w:right="-559"/>
        <w:rPr>
          <w:rFonts w:cs="Times New Roman"/>
          <w:sz w:val="32"/>
          <w:szCs w:val="32"/>
        </w:rPr>
      </w:pPr>
      <w:r w:rsidRPr="006E1C0E">
        <w:rPr>
          <w:rFonts w:cs="Times New Roman"/>
          <w:sz w:val="32"/>
          <w:szCs w:val="32"/>
        </w:rPr>
        <w:t>Student ID: _______________</w:t>
      </w:r>
      <w:r w:rsidR="00B473B7" w:rsidRPr="006E1C0E">
        <w:rPr>
          <w:rFonts w:cs="Times New Roman"/>
          <w:sz w:val="32"/>
          <w:szCs w:val="32"/>
        </w:rPr>
        <w:t>_____</w:t>
      </w:r>
      <w:r w:rsidRPr="006E1C0E">
        <w:rPr>
          <w:rFonts w:cs="Times New Roman"/>
          <w:sz w:val="32"/>
          <w:szCs w:val="32"/>
        </w:rPr>
        <w:t xml:space="preserve">, </w:t>
      </w:r>
      <w:r w:rsidR="00934218" w:rsidRPr="006E1C0E">
        <w:rPr>
          <w:rFonts w:cs="Times New Roman"/>
          <w:sz w:val="32"/>
          <w:szCs w:val="32"/>
        </w:rPr>
        <w:t>hereby submit my application to undertake an i</w:t>
      </w:r>
      <w:r w:rsidRPr="006E1C0E">
        <w:rPr>
          <w:rFonts w:cs="Times New Roman"/>
          <w:sz w:val="32"/>
          <w:szCs w:val="32"/>
        </w:rPr>
        <w:t>nternship at</w:t>
      </w:r>
      <w:r w:rsidR="006E1C0E">
        <w:rPr>
          <w:rFonts w:cs="Times New Roman"/>
          <w:sz w:val="32"/>
          <w:szCs w:val="32"/>
        </w:rPr>
        <w:t xml:space="preserve"> </w:t>
      </w:r>
      <w:r w:rsidRPr="006E1C0E">
        <w:rPr>
          <w:rFonts w:cs="Times New Roman"/>
          <w:sz w:val="32"/>
          <w:szCs w:val="32"/>
        </w:rPr>
        <w:t>______________________________________</w:t>
      </w:r>
      <w:r w:rsidR="00B473B7" w:rsidRPr="006E1C0E">
        <w:rPr>
          <w:rFonts w:cs="Times New Roman"/>
          <w:sz w:val="32"/>
          <w:szCs w:val="32"/>
        </w:rPr>
        <w:t>______________</w:t>
      </w:r>
      <w:r w:rsidRPr="006E1C0E">
        <w:rPr>
          <w:rFonts w:cs="Times New Roman"/>
          <w:sz w:val="32"/>
          <w:szCs w:val="32"/>
        </w:rPr>
        <w:t>.</w:t>
      </w:r>
    </w:p>
    <w:p w14:paraId="09C09D4D" w14:textId="37BFE9FF" w:rsidR="0076759F" w:rsidRPr="006E1C0E" w:rsidRDefault="00524806" w:rsidP="00B9726E">
      <w:pPr>
        <w:spacing w:after="320" w:line="240" w:lineRule="auto"/>
        <w:ind w:leftChars="-236" w:left="-566" w:rightChars="-233" w:right="-559"/>
        <w:rPr>
          <w:rFonts w:cs="Times New Roman"/>
          <w:sz w:val="32"/>
          <w:szCs w:val="32"/>
        </w:rPr>
      </w:pPr>
      <w:r w:rsidRPr="006E1C0E">
        <w:rPr>
          <w:rFonts w:cs="Times New Roman"/>
          <w:sz w:val="32"/>
          <w:szCs w:val="32"/>
        </w:rPr>
        <w:t>My internship plan is attached</w:t>
      </w:r>
      <w:r w:rsidR="00934218" w:rsidRPr="006E1C0E">
        <w:rPr>
          <w:rFonts w:cs="Times New Roman"/>
          <w:sz w:val="32"/>
          <w:szCs w:val="32"/>
        </w:rPr>
        <w:t xml:space="preserve"> for the committee’s review</w:t>
      </w:r>
      <w:r w:rsidRPr="006E1C0E">
        <w:rPr>
          <w:rFonts w:cs="Times New Roman"/>
          <w:sz w:val="32"/>
          <w:szCs w:val="32"/>
        </w:rPr>
        <w:t>.</w:t>
      </w:r>
      <w:r w:rsidR="00934218" w:rsidRPr="006E1C0E">
        <w:rPr>
          <w:rFonts w:cs="Times New Roman"/>
          <w:sz w:val="32"/>
          <w:szCs w:val="32"/>
        </w:rPr>
        <w:t xml:space="preserve"> </w:t>
      </w:r>
      <w:r w:rsidRPr="006E1C0E">
        <w:rPr>
          <w:rFonts w:cs="Times New Roman"/>
          <w:sz w:val="32"/>
          <w:szCs w:val="32"/>
        </w:rPr>
        <w:t xml:space="preserve">I respectfully request </w:t>
      </w:r>
      <w:r w:rsidR="00934218" w:rsidRPr="006E1C0E">
        <w:rPr>
          <w:rFonts w:cs="Times New Roman"/>
          <w:sz w:val="32"/>
          <w:szCs w:val="32"/>
        </w:rPr>
        <w:t xml:space="preserve">the committee’s </w:t>
      </w:r>
      <w:r w:rsidRPr="006E1C0E">
        <w:rPr>
          <w:rFonts w:cs="Times New Roman"/>
          <w:sz w:val="32"/>
          <w:szCs w:val="32"/>
        </w:rPr>
        <w:t>approval.</w:t>
      </w:r>
    </w:p>
    <w:p w14:paraId="4C096A8D" w14:textId="0FB931B2" w:rsidR="00C703E8" w:rsidRPr="006E1C0E" w:rsidRDefault="00524806" w:rsidP="00B9726E">
      <w:pPr>
        <w:spacing w:after="280" w:line="240" w:lineRule="auto"/>
        <w:ind w:leftChars="-236" w:left="-566" w:rightChars="-233" w:right="-559"/>
        <w:rPr>
          <w:rFonts w:cs="Times New Roman"/>
          <w:sz w:val="32"/>
          <w:szCs w:val="32"/>
        </w:rPr>
      </w:pPr>
      <w:r w:rsidRPr="006E1C0E">
        <w:rPr>
          <w:rFonts w:cs="Times New Roman"/>
          <w:b/>
          <w:sz w:val="32"/>
          <w:szCs w:val="32"/>
        </w:rPr>
        <w:t xml:space="preserve">Remarks: </w:t>
      </w:r>
      <w:r w:rsidR="00B9726E" w:rsidRPr="006E1C0E">
        <w:rPr>
          <w:rFonts w:cs="Times New Roman"/>
          <w:b/>
          <w:sz w:val="32"/>
          <w:szCs w:val="32"/>
        </w:rPr>
        <w:t>Student</w:t>
      </w:r>
      <w:r w:rsidR="00934218" w:rsidRPr="006E1C0E">
        <w:rPr>
          <w:rFonts w:cs="Times New Roman"/>
          <w:b/>
          <w:sz w:val="32"/>
          <w:szCs w:val="32"/>
        </w:rPr>
        <w:t>’s</w:t>
      </w:r>
      <w:r w:rsidR="00B9726E" w:rsidRPr="006E1C0E">
        <w:rPr>
          <w:rFonts w:cs="Times New Roman"/>
          <w:b/>
          <w:sz w:val="32"/>
          <w:szCs w:val="32"/>
        </w:rPr>
        <w:t xml:space="preserve"> </w:t>
      </w:r>
      <w:r w:rsidRPr="006E1C0E">
        <w:rPr>
          <w:rFonts w:cs="Times New Roman"/>
          <w:b/>
          <w:sz w:val="32"/>
          <w:szCs w:val="32"/>
        </w:rPr>
        <w:t>Current Employment Status</w:t>
      </w:r>
    </w:p>
    <w:p w14:paraId="204974BF" w14:textId="6FCC1267" w:rsidR="00C703E8" w:rsidRPr="006E1C0E" w:rsidRDefault="00524806" w:rsidP="00B9726E">
      <w:pPr>
        <w:spacing w:line="240" w:lineRule="auto"/>
        <w:ind w:leftChars="-236" w:left="-566" w:rightChars="-233" w:right="-559"/>
        <w:rPr>
          <w:rFonts w:cs="Times New Roman"/>
          <w:sz w:val="32"/>
          <w:szCs w:val="32"/>
        </w:rPr>
      </w:pPr>
      <w:r w:rsidRPr="006E1C0E">
        <w:rPr>
          <w:rFonts w:ascii="Segoe UI Symbol" w:hAnsi="Segoe UI Symbol" w:cs="Segoe UI Symbol"/>
          <w:sz w:val="32"/>
          <w:szCs w:val="32"/>
        </w:rPr>
        <w:t>☐</w:t>
      </w:r>
      <w:r w:rsidRPr="006E1C0E">
        <w:rPr>
          <w:rFonts w:cs="Times New Roman"/>
          <w:sz w:val="32"/>
          <w:szCs w:val="32"/>
        </w:rPr>
        <w:t xml:space="preserve"> </w:t>
      </w:r>
      <w:r w:rsidR="00B9726E" w:rsidRPr="006E1C0E">
        <w:rPr>
          <w:rFonts w:cs="Times New Roman"/>
          <w:sz w:val="32"/>
          <w:szCs w:val="32"/>
        </w:rPr>
        <w:t>N</w:t>
      </w:r>
      <w:r w:rsidRPr="006E1C0E">
        <w:rPr>
          <w:rFonts w:cs="Times New Roman"/>
          <w:sz w:val="32"/>
          <w:szCs w:val="32"/>
        </w:rPr>
        <w:t>ot in full-time employment</w:t>
      </w:r>
    </w:p>
    <w:p w14:paraId="3D108ED7" w14:textId="6AB84B83" w:rsidR="00C703E8" w:rsidRPr="006E1C0E" w:rsidRDefault="00524806" w:rsidP="00B9726E">
      <w:pPr>
        <w:spacing w:line="276" w:lineRule="auto"/>
        <w:ind w:leftChars="-236" w:left="-566" w:rightChars="-233" w:right="-559"/>
        <w:rPr>
          <w:rFonts w:cs="Times New Roman"/>
          <w:sz w:val="32"/>
          <w:szCs w:val="32"/>
        </w:rPr>
      </w:pPr>
      <w:r w:rsidRPr="006E1C0E">
        <w:rPr>
          <w:rFonts w:ascii="Segoe UI Symbol" w:hAnsi="Segoe UI Symbol" w:cs="Segoe UI Symbol"/>
          <w:sz w:val="32"/>
          <w:szCs w:val="32"/>
        </w:rPr>
        <w:t>☐</w:t>
      </w:r>
      <w:r w:rsidRPr="006E1C0E">
        <w:rPr>
          <w:rFonts w:cs="Times New Roman"/>
          <w:sz w:val="32"/>
          <w:szCs w:val="32"/>
        </w:rPr>
        <w:t xml:space="preserve"> </w:t>
      </w:r>
      <w:r w:rsidR="009C3279" w:rsidRPr="006E1C0E">
        <w:rPr>
          <w:rFonts w:cs="Times New Roman"/>
          <w:sz w:val="32"/>
          <w:szCs w:val="32"/>
        </w:rPr>
        <w:t>E</w:t>
      </w:r>
      <w:r w:rsidRPr="006E1C0E">
        <w:rPr>
          <w:rFonts w:cs="Times New Roman"/>
          <w:sz w:val="32"/>
          <w:szCs w:val="32"/>
        </w:rPr>
        <w:t>mployed part-time;</w:t>
      </w:r>
      <w:r w:rsidR="009C3279" w:rsidRPr="006E1C0E">
        <w:rPr>
          <w:rFonts w:cs="Times New Roman"/>
          <w:sz w:val="32"/>
          <w:szCs w:val="32"/>
        </w:rPr>
        <w:t xml:space="preserve"> </w:t>
      </w:r>
      <w:r w:rsidRPr="006E1C0E">
        <w:rPr>
          <w:rFonts w:ascii="新細明體" w:eastAsia="新細明體" w:hAnsi="新細明體" w:cs="Times New Roman" w:hint="eastAsia"/>
          <w:sz w:val="32"/>
          <w:szCs w:val="32"/>
          <w:lang w:eastAsia="zh-TW"/>
        </w:rPr>
        <w:t xml:space="preserve"> </w:t>
      </w:r>
      <w:r w:rsidRPr="006E1C0E">
        <w:rPr>
          <w:rFonts w:cs="Times New Roman"/>
          <w:sz w:val="32"/>
          <w:szCs w:val="32"/>
        </w:rPr>
        <w:t>Employer: ___________________________________</w:t>
      </w:r>
    </w:p>
    <w:p w14:paraId="3F44A493" w14:textId="1D6238E5" w:rsidR="00C703E8" w:rsidRPr="006E1C0E" w:rsidRDefault="00524806" w:rsidP="00B9726E">
      <w:pPr>
        <w:spacing w:line="276" w:lineRule="auto"/>
        <w:ind w:leftChars="-236" w:left="-566" w:rightChars="-233" w:right="-559"/>
        <w:rPr>
          <w:rFonts w:cs="Times New Roman"/>
          <w:sz w:val="32"/>
          <w:szCs w:val="32"/>
        </w:rPr>
      </w:pPr>
      <w:r w:rsidRPr="006E1C0E">
        <w:rPr>
          <w:rFonts w:ascii="Segoe UI Symbol" w:hAnsi="Segoe UI Symbol" w:cs="Segoe UI Symbol"/>
          <w:sz w:val="32"/>
          <w:szCs w:val="32"/>
        </w:rPr>
        <w:t>☐</w:t>
      </w:r>
      <w:r w:rsidRPr="006E1C0E">
        <w:rPr>
          <w:rFonts w:cs="Times New Roman"/>
          <w:sz w:val="32"/>
          <w:szCs w:val="32"/>
        </w:rPr>
        <w:t xml:space="preserve"> </w:t>
      </w:r>
      <w:r w:rsidR="00934218" w:rsidRPr="006E1C0E">
        <w:rPr>
          <w:rFonts w:cs="Times New Roman"/>
          <w:sz w:val="32"/>
          <w:szCs w:val="32"/>
        </w:rPr>
        <w:t xml:space="preserve">Employed </w:t>
      </w:r>
      <w:r w:rsidR="009C3279" w:rsidRPr="006E1C0E">
        <w:rPr>
          <w:rFonts w:cs="Times New Roman"/>
          <w:sz w:val="32"/>
          <w:szCs w:val="32"/>
        </w:rPr>
        <w:t>F</w:t>
      </w:r>
      <w:r w:rsidRPr="006E1C0E">
        <w:rPr>
          <w:rFonts w:cs="Times New Roman"/>
          <w:sz w:val="32"/>
          <w:szCs w:val="32"/>
        </w:rPr>
        <w:t>ull-time;</w:t>
      </w:r>
      <w:r w:rsidR="009C3279" w:rsidRPr="006E1C0E">
        <w:rPr>
          <w:rFonts w:cs="Times New Roman"/>
          <w:sz w:val="32"/>
          <w:szCs w:val="32"/>
        </w:rPr>
        <w:t xml:space="preserve"> </w:t>
      </w:r>
      <w:r w:rsidRPr="006E1C0E">
        <w:rPr>
          <w:rFonts w:cs="Times New Roman"/>
          <w:sz w:val="32"/>
          <w:szCs w:val="32"/>
        </w:rPr>
        <w:t xml:space="preserve"> Employer: ___________________________________</w:t>
      </w:r>
    </w:p>
    <w:p w14:paraId="476A6668" w14:textId="0D3097A2" w:rsidR="00C703E8" w:rsidRPr="006E1C0E" w:rsidRDefault="00524806" w:rsidP="006E1C0E">
      <w:pPr>
        <w:spacing w:line="240" w:lineRule="auto"/>
        <w:ind w:leftChars="-59" w:left="-142" w:rightChars="-233" w:right="-559"/>
        <w:rPr>
          <w:rFonts w:cs="Times New Roman"/>
          <w:sz w:val="32"/>
          <w:szCs w:val="32"/>
        </w:rPr>
      </w:pPr>
      <w:r w:rsidRPr="006E1C0E">
        <w:rPr>
          <w:rFonts w:ascii="Segoe UI Symbol" w:hAnsi="Segoe UI Symbol" w:cs="Segoe UI Symbol"/>
          <w:sz w:val="32"/>
          <w:szCs w:val="32"/>
        </w:rPr>
        <w:t>☐</w:t>
      </w:r>
      <w:r w:rsidRPr="006E1C0E">
        <w:rPr>
          <w:rFonts w:cs="Times New Roman"/>
          <w:sz w:val="32"/>
          <w:szCs w:val="32"/>
        </w:rPr>
        <w:t xml:space="preserve"> </w:t>
      </w:r>
      <w:r w:rsidR="006E1C0E" w:rsidRPr="006E1C0E">
        <w:rPr>
          <w:rFonts w:cs="Times New Roman"/>
          <w:sz w:val="32"/>
          <w:szCs w:val="32"/>
        </w:rPr>
        <w:t xml:space="preserve">I am not serving as a supervisor for any </w:t>
      </w:r>
      <w:r w:rsidRPr="006E1C0E">
        <w:rPr>
          <w:rFonts w:cs="Times New Roman"/>
          <w:sz w:val="32"/>
          <w:szCs w:val="32"/>
        </w:rPr>
        <w:t>student</w:t>
      </w:r>
      <w:r w:rsidR="00B9726E" w:rsidRPr="006E1C0E">
        <w:rPr>
          <w:rFonts w:cs="Times New Roman"/>
          <w:sz w:val="32"/>
          <w:szCs w:val="32"/>
        </w:rPr>
        <w:t xml:space="preserve"> in your organization</w:t>
      </w:r>
      <w:r w:rsidR="006E1C0E" w:rsidRPr="006E1C0E">
        <w:rPr>
          <w:rFonts w:cs="Times New Roman"/>
          <w:sz w:val="32"/>
          <w:szCs w:val="32"/>
        </w:rPr>
        <w:t>.</w:t>
      </w:r>
    </w:p>
    <w:p w14:paraId="6DCB883F" w14:textId="698DA339" w:rsidR="006E1C0E" w:rsidRPr="006E1C0E" w:rsidRDefault="006E1C0E" w:rsidP="006E1C0E">
      <w:pPr>
        <w:spacing w:line="240" w:lineRule="auto"/>
        <w:ind w:leftChars="-59" w:left="-142" w:rightChars="-233" w:right="-559"/>
        <w:rPr>
          <w:rFonts w:cs="Times New Roman"/>
          <w:sz w:val="32"/>
          <w:szCs w:val="32"/>
        </w:rPr>
      </w:pPr>
      <w:r w:rsidRPr="006E1C0E">
        <w:rPr>
          <w:rFonts w:ascii="Segoe UI Symbol" w:hAnsi="Segoe UI Symbol" w:cs="Segoe UI Symbol"/>
          <w:sz w:val="32"/>
          <w:szCs w:val="32"/>
        </w:rPr>
        <w:t>☐</w:t>
      </w:r>
      <w:r w:rsidRPr="006E1C0E">
        <w:rPr>
          <w:rFonts w:cs="Times New Roman"/>
          <w:sz w:val="32"/>
          <w:szCs w:val="32"/>
        </w:rPr>
        <w:t xml:space="preserve"> I am serving as a supervisor for </w:t>
      </w:r>
      <w:r w:rsidRPr="006E1C0E">
        <w:rPr>
          <w:rFonts w:cs="Times New Roman"/>
          <w:sz w:val="32"/>
          <w:szCs w:val="32"/>
        </w:rPr>
        <w:t>other</w:t>
      </w:r>
      <w:r w:rsidRPr="006E1C0E">
        <w:rPr>
          <w:rFonts w:cs="Times New Roman"/>
          <w:sz w:val="32"/>
          <w:szCs w:val="32"/>
        </w:rPr>
        <w:t xml:space="preserve"> student</w:t>
      </w:r>
      <w:r w:rsidRPr="006E1C0E">
        <w:rPr>
          <w:rFonts w:cs="Times New Roman"/>
          <w:sz w:val="32"/>
          <w:szCs w:val="32"/>
        </w:rPr>
        <w:t>s</w:t>
      </w:r>
      <w:r w:rsidRPr="006E1C0E">
        <w:rPr>
          <w:rFonts w:cs="Times New Roman"/>
          <w:sz w:val="32"/>
          <w:szCs w:val="32"/>
        </w:rPr>
        <w:t xml:space="preserve"> in your organization.</w:t>
      </w:r>
    </w:p>
    <w:p w14:paraId="63EDEDA9" w14:textId="2F064CCE" w:rsidR="00C703E8" w:rsidRPr="006E1C0E" w:rsidRDefault="00524806" w:rsidP="006E1C0E">
      <w:pPr>
        <w:spacing w:after="200" w:line="240" w:lineRule="auto"/>
        <w:ind w:leftChars="77" w:left="566" w:rightChars="-233" w:right="-559" w:hangingChars="119" w:hanging="381"/>
        <w:rPr>
          <w:rFonts w:cs="Times New Roman"/>
          <w:sz w:val="32"/>
          <w:szCs w:val="32"/>
        </w:rPr>
      </w:pPr>
      <w:r w:rsidRPr="006E1C0E">
        <w:rPr>
          <w:rFonts w:ascii="Segoe UI Symbol" w:hAnsi="Segoe UI Symbol" w:cs="Segoe UI Symbol"/>
          <w:sz w:val="32"/>
          <w:szCs w:val="32"/>
        </w:rPr>
        <w:t>☐</w:t>
      </w:r>
      <w:r w:rsidRPr="006E1C0E">
        <w:rPr>
          <w:rFonts w:cs="Times New Roman"/>
          <w:sz w:val="32"/>
          <w:szCs w:val="32"/>
        </w:rPr>
        <w:t xml:space="preserve"> This </w:t>
      </w:r>
      <w:r w:rsidR="006E1C0E" w:rsidRPr="006E1C0E">
        <w:rPr>
          <w:rFonts w:cs="Times New Roman"/>
          <w:sz w:val="32"/>
          <w:szCs w:val="32"/>
        </w:rPr>
        <w:t xml:space="preserve">supervisory role </w:t>
      </w:r>
      <w:r w:rsidRPr="006E1C0E">
        <w:rPr>
          <w:rFonts w:cs="Times New Roman"/>
          <w:sz w:val="32"/>
          <w:szCs w:val="32"/>
        </w:rPr>
        <w:t>is</w:t>
      </w:r>
      <w:r w:rsidR="006E1C0E" w:rsidRPr="006E1C0E">
        <w:rPr>
          <w:rFonts w:cs="Times New Roman"/>
          <w:sz w:val="32"/>
          <w:szCs w:val="32"/>
        </w:rPr>
        <w:t xml:space="preserve"> included as </w:t>
      </w:r>
      <w:r w:rsidRPr="006E1C0E">
        <w:rPr>
          <w:rFonts w:cs="Times New Roman"/>
          <w:sz w:val="32"/>
          <w:szCs w:val="32"/>
        </w:rPr>
        <w:t xml:space="preserve">part of the professional learning content </w:t>
      </w:r>
      <w:r w:rsidR="006E1C0E" w:rsidRPr="006E1C0E">
        <w:rPr>
          <w:rFonts w:cs="Times New Roman"/>
          <w:sz w:val="32"/>
          <w:szCs w:val="32"/>
        </w:rPr>
        <w:t xml:space="preserve">in my </w:t>
      </w:r>
      <w:r w:rsidRPr="006E1C0E">
        <w:rPr>
          <w:rFonts w:cs="Times New Roman"/>
          <w:sz w:val="32"/>
          <w:szCs w:val="32"/>
        </w:rPr>
        <w:t>internship plan.</w:t>
      </w:r>
    </w:p>
    <w:p w14:paraId="39C36541" w14:textId="5C2D656F" w:rsidR="00C703E8" w:rsidRPr="006E1C0E" w:rsidRDefault="00524806" w:rsidP="006E1C0E">
      <w:pPr>
        <w:spacing w:after="320" w:line="240" w:lineRule="auto"/>
        <w:ind w:leftChars="77" w:left="566" w:rightChars="-233" w:right="-559" w:hangingChars="119" w:hanging="381"/>
        <w:rPr>
          <w:rFonts w:cs="Times New Roman"/>
          <w:sz w:val="32"/>
          <w:szCs w:val="32"/>
        </w:rPr>
      </w:pPr>
      <w:r w:rsidRPr="006E1C0E">
        <w:rPr>
          <w:rFonts w:ascii="Segoe UI Symbol" w:hAnsi="Segoe UI Symbol" w:cs="Segoe UI Symbol"/>
          <w:sz w:val="32"/>
          <w:szCs w:val="32"/>
        </w:rPr>
        <w:t>☐</w:t>
      </w:r>
      <w:r w:rsidRPr="006E1C0E">
        <w:rPr>
          <w:rFonts w:cs="Times New Roman"/>
          <w:sz w:val="32"/>
          <w:szCs w:val="32"/>
        </w:rPr>
        <w:t xml:space="preserve"> This </w:t>
      </w:r>
      <w:r w:rsidR="006E1C0E" w:rsidRPr="006E1C0E">
        <w:rPr>
          <w:rFonts w:cs="Times New Roman"/>
          <w:sz w:val="32"/>
          <w:szCs w:val="32"/>
        </w:rPr>
        <w:t xml:space="preserve">supervisory role </w:t>
      </w:r>
      <w:r w:rsidRPr="006E1C0E">
        <w:rPr>
          <w:rFonts w:cs="Times New Roman"/>
          <w:sz w:val="32"/>
          <w:szCs w:val="32"/>
        </w:rPr>
        <w:t xml:space="preserve">is not </w:t>
      </w:r>
      <w:r w:rsidR="006E1C0E" w:rsidRPr="006E1C0E">
        <w:rPr>
          <w:rFonts w:cs="Times New Roman"/>
          <w:sz w:val="32"/>
          <w:szCs w:val="32"/>
        </w:rPr>
        <w:t xml:space="preserve">included </w:t>
      </w:r>
      <w:r w:rsidRPr="006E1C0E">
        <w:rPr>
          <w:rFonts w:cs="Times New Roman"/>
          <w:sz w:val="32"/>
          <w:szCs w:val="32"/>
        </w:rPr>
        <w:t xml:space="preserve">in </w:t>
      </w:r>
      <w:r w:rsidR="006E1C0E" w:rsidRPr="006E1C0E">
        <w:rPr>
          <w:rFonts w:cs="Times New Roman"/>
          <w:sz w:val="32"/>
          <w:szCs w:val="32"/>
        </w:rPr>
        <w:t>my</w:t>
      </w:r>
      <w:r w:rsidRPr="006E1C0E">
        <w:rPr>
          <w:rFonts w:cs="Times New Roman"/>
          <w:sz w:val="32"/>
          <w:szCs w:val="32"/>
        </w:rPr>
        <w:t xml:space="preserve"> internship plan.</w:t>
      </w:r>
    </w:p>
    <w:p w14:paraId="75FF6CDC" w14:textId="78F31C96" w:rsidR="006E1C0E" w:rsidRPr="00A91310" w:rsidRDefault="00524806" w:rsidP="00A91310">
      <w:pPr>
        <w:spacing w:afterLines="50" w:after="120" w:line="240" w:lineRule="auto"/>
        <w:ind w:leftChars="-236" w:left="-566" w:rightChars="-233" w:right="-559"/>
        <w:rPr>
          <w:rFonts w:cs="Times New Roman"/>
          <w:b/>
          <w:bCs/>
          <w:sz w:val="28"/>
          <w:szCs w:val="28"/>
        </w:rPr>
      </w:pPr>
      <w:r w:rsidRPr="00A91310">
        <w:rPr>
          <w:rFonts w:cs="Times New Roman"/>
          <w:b/>
          <w:bCs/>
          <w:sz w:val="28"/>
          <w:szCs w:val="28"/>
        </w:rPr>
        <w:t xml:space="preserve">To: </w:t>
      </w:r>
      <w:r w:rsidR="00351E15">
        <w:rPr>
          <w:rFonts w:cs="Times New Roman"/>
          <w:b/>
          <w:bCs/>
          <w:sz w:val="28"/>
          <w:szCs w:val="28"/>
        </w:rPr>
        <w:t xml:space="preserve">Field </w:t>
      </w:r>
      <w:r w:rsidR="00B9726E" w:rsidRPr="00A91310">
        <w:rPr>
          <w:rFonts w:ascii="新細明體" w:eastAsia="新細明體" w:hAnsi="新細明體" w:cs="Times New Roman" w:hint="eastAsia"/>
          <w:b/>
          <w:bCs/>
          <w:sz w:val="28"/>
          <w:szCs w:val="28"/>
          <w:lang w:eastAsia="zh-TW"/>
        </w:rPr>
        <w:t>P</w:t>
      </w:r>
      <w:r w:rsidR="00B9726E" w:rsidRPr="00A91310">
        <w:rPr>
          <w:rFonts w:cs="Times New Roman"/>
          <w:b/>
          <w:bCs/>
          <w:sz w:val="28"/>
          <w:szCs w:val="28"/>
        </w:rPr>
        <w:t>racticum</w:t>
      </w:r>
      <w:r w:rsidRPr="00A91310">
        <w:rPr>
          <w:rFonts w:cs="Times New Roman"/>
          <w:b/>
          <w:bCs/>
          <w:sz w:val="28"/>
          <w:szCs w:val="28"/>
        </w:rPr>
        <w:t xml:space="preserve"> Committee</w:t>
      </w:r>
    </w:p>
    <w:p w14:paraId="5F67D7C0" w14:textId="77777777" w:rsidR="006E1C0E" w:rsidRPr="00A91310" w:rsidRDefault="00B473B7" w:rsidP="00A91310">
      <w:pPr>
        <w:spacing w:afterLines="50" w:after="120" w:line="240" w:lineRule="auto"/>
        <w:ind w:leftChars="-236" w:left="-566" w:rightChars="-233" w:right="-559"/>
        <w:rPr>
          <w:rFonts w:cs="Times New Roman"/>
          <w:b/>
          <w:bCs/>
          <w:sz w:val="28"/>
          <w:szCs w:val="28"/>
        </w:rPr>
      </w:pPr>
      <w:r w:rsidRPr="00A91310">
        <w:rPr>
          <w:rFonts w:ascii="新細明體" w:eastAsia="新細明體" w:hAnsi="新細明體" w:cs="Times New Roman" w:hint="eastAsia"/>
          <w:b/>
          <w:bCs/>
          <w:sz w:val="28"/>
          <w:szCs w:val="28"/>
          <w:lang w:eastAsia="zh-TW"/>
        </w:rPr>
        <w:t xml:space="preserve"> </w:t>
      </w:r>
      <w:r w:rsidR="00524806" w:rsidRPr="00A91310">
        <w:rPr>
          <w:rFonts w:cs="Times New Roman"/>
          <w:b/>
          <w:bCs/>
          <w:sz w:val="28"/>
          <w:szCs w:val="28"/>
        </w:rPr>
        <w:t>Graduate Institute of Social Work</w:t>
      </w:r>
    </w:p>
    <w:p w14:paraId="7458906D" w14:textId="58ADB206" w:rsidR="00B473B7" w:rsidRPr="00A91310" w:rsidRDefault="00B473B7" w:rsidP="00A91310">
      <w:pPr>
        <w:spacing w:afterLines="50" w:after="120" w:line="240" w:lineRule="auto"/>
        <w:ind w:leftChars="-236" w:left="-566" w:rightChars="-233" w:right="-559"/>
        <w:rPr>
          <w:rFonts w:cs="Times New Roman"/>
          <w:b/>
          <w:bCs/>
          <w:sz w:val="28"/>
          <w:szCs w:val="28"/>
        </w:rPr>
      </w:pPr>
      <w:r w:rsidRPr="00A91310">
        <w:rPr>
          <w:rFonts w:ascii="新細明體" w:eastAsia="新細明體" w:hAnsi="新細明體" w:cs="Times New Roman" w:hint="eastAsia"/>
          <w:b/>
          <w:bCs/>
          <w:sz w:val="28"/>
          <w:szCs w:val="28"/>
          <w:lang w:eastAsia="zh-TW"/>
        </w:rPr>
        <w:t xml:space="preserve"> </w:t>
      </w:r>
      <w:r w:rsidR="00524806" w:rsidRPr="00A91310">
        <w:rPr>
          <w:rFonts w:cs="Times New Roman"/>
          <w:b/>
          <w:bCs/>
          <w:sz w:val="28"/>
          <w:szCs w:val="28"/>
        </w:rPr>
        <w:t>National Taiwan Normal University</w:t>
      </w:r>
    </w:p>
    <w:p w14:paraId="31E77B09" w14:textId="77777777" w:rsidR="00A91310" w:rsidRDefault="00A91310" w:rsidP="00A91310">
      <w:pPr>
        <w:spacing w:beforeLines="50" w:before="120" w:line="240" w:lineRule="auto"/>
        <w:ind w:leftChars="-236" w:left="-566" w:rightChars="-233" w:right="-559"/>
        <w:rPr>
          <w:rFonts w:cs="Times New Roman"/>
          <w:b/>
          <w:bCs/>
          <w:sz w:val="28"/>
          <w:szCs w:val="28"/>
        </w:rPr>
      </w:pPr>
    </w:p>
    <w:p w14:paraId="43A43CB8" w14:textId="7B16B9EC" w:rsidR="00C703E8" w:rsidRPr="006E1C0E" w:rsidRDefault="00524806" w:rsidP="00A91310">
      <w:pPr>
        <w:spacing w:beforeLines="50" w:before="120" w:line="240" w:lineRule="auto"/>
        <w:ind w:leftChars="-236" w:left="-566" w:rightChars="-233" w:right="-559"/>
        <w:rPr>
          <w:rFonts w:cs="Times New Roman"/>
          <w:sz w:val="28"/>
          <w:szCs w:val="28"/>
        </w:rPr>
      </w:pPr>
      <w:r w:rsidRPr="00A91310">
        <w:rPr>
          <w:rFonts w:cs="Times New Roman"/>
          <w:b/>
          <w:bCs/>
          <w:sz w:val="28"/>
          <w:szCs w:val="28"/>
        </w:rPr>
        <w:t>Applicant</w:t>
      </w:r>
      <w:r w:rsidRPr="006E1C0E">
        <w:rPr>
          <w:rFonts w:cs="Times New Roman"/>
          <w:sz w:val="28"/>
          <w:szCs w:val="28"/>
        </w:rPr>
        <w:t>: __________________________  (Signature)</w:t>
      </w:r>
    </w:p>
    <w:p w14:paraId="7CD61942" w14:textId="35BEF678" w:rsidR="0076759F" w:rsidRPr="006E1C0E" w:rsidRDefault="00B9726E" w:rsidP="00B9726E">
      <w:pPr>
        <w:spacing w:after="320" w:line="240" w:lineRule="auto"/>
        <w:ind w:leftChars="-236" w:left="-566" w:rightChars="-233" w:right="-559"/>
        <w:rPr>
          <w:rFonts w:cs="Times New Roman"/>
          <w:sz w:val="28"/>
          <w:szCs w:val="28"/>
        </w:rPr>
      </w:pPr>
      <w:r w:rsidRPr="00A91310">
        <w:rPr>
          <w:rFonts w:cs="Times New Roman"/>
          <w:b/>
          <w:bCs/>
          <w:sz w:val="28"/>
          <w:szCs w:val="28"/>
        </w:rPr>
        <w:t>School</w:t>
      </w:r>
      <w:r w:rsidR="00524806" w:rsidRPr="00A91310">
        <w:rPr>
          <w:rFonts w:cs="Times New Roman"/>
          <w:b/>
          <w:bCs/>
          <w:sz w:val="28"/>
          <w:szCs w:val="28"/>
        </w:rPr>
        <w:t xml:space="preserve"> Internship Supervisor</w:t>
      </w:r>
      <w:r w:rsidR="00524806" w:rsidRPr="006E1C0E">
        <w:rPr>
          <w:rFonts w:cs="Times New Roman"/>
          <w:sz w:val="28"/>
          <w:szCs w:val="28"/>
        </w:rPr>
        <w:t>: __________________________(Signature)</w:t>
      </w:r>
    </w:p>
    <w:p w14:paraId="179F1473" w14:textId="508375CE" w:rsidR="00C703E8" w:rsidRPr="006E1C0E" w:rsidRDefault="006E1C0E" w:rsidP="006E1C0E">
      <w:pPr>
        <w:spacing w:after="0" w:line="240" w:lineRule="auto"/>
        <w:ind w:leftChars="-236" w:left="-566" w:rightChars="-233" w:right="-559"/>
        <w:rPr>
          <w:rFonts w:cs="Times New Roman"/>
          <w:sz w:val="28"/>
          <w:szCs w:val="28"/>
        </w:rPr>
      </w:pPr>
      <w:r w:rsidRPr="006E1C0E">
        <w:rPr>
          <w:rFonts w:cs="Times New Roman"/>
          <w:sz w:val="28"/>
          <w:szCs w:val="28"/>
        </w:rPr>
        <w:t xml:space="preserve">Date: </w:t>
      </w:r>
      <w:r w:rsidR="00B9726E" w:rsidRPr="006E1C0E">
        <w:rPr>
          <w:rFonts w:cs="Times New Roman"/>
          <w:sz w:val="28"/>
          <w:szCs w:val="28"/>
        </w:rPr>
        <w:t>______</w:t>
      </w:r>
      <w:r w:rsidR="00524806" w:rsidRPr="006E1C0E">
        <w:rPr>
          <w:rFonts w:cs="Times New Roman"/>
          <w:sz w:val="28"/>
          <w:szCs w:val="28"/>
        </w:rPr>
        <w:t xml:space="preserve">  </w:t>
      </w:r>
      <w:r w:rsidR="00B9726E" w:rsidRPr="006E1C0E">
        <w:rPr>
          <w:rFonts w:cs="Times New Roman"/>
          <w:sz w:val="28"/>
          <w:szCs w:val="28"/>
        </w:rPr>
        <w:t>Day ______</w:t>
      </w:r>
      <w:r w:rsidR="00B9726E" w:rsidRPr="006E1C0E">
        <w:rPr>
          <w:rFonts w:cs="Times New Roman"/>
          <w:sz w:val="28"/>
          <w:szCs w:val="28"/>
        </w:rPr>
        <w:t xml:space="preserve"> </w:t>
      </w:r>
      <w:r w:rsidR="00B9726E" w:rsidRPr="006E1C0E">
        <w:rPr>
          <w:rFonts w:cs="Times New Roman"/>
          <w:sz w:val="28"/>
          <w:szCs w:val="28"/>
        </w:rPr>
        <w:t xml:space="preserve">Month </w:t>
      </w:r>
      <w:r w:rsidR="00524806" w:rsidRPr="006E1C0E">
        <w:rPr>
          <w:rFonts w:cs="Times New Roman"/>
          <w:sz w:val="28"/>
          <w:szCs w:val="28"/>
        </w:rPr>
        <w:t xml:space="preserve">______ </w:t>
      </w:r>
      <w:r w:rsidR="00B9726E" w:rsidRPr="006E1C0E">
        <w:rPr>
          <w:rFonts w:cs="Times New Roman"/>
          <w:sz w:val="28"/>
          <w:szCs w:val="28"/>
        </w:rPr>
        <w:t>Year</w:t>
      </w:r>
    </w:p>
    <w:sectPr w:rsidR="00C703E8" w:rsidRPr="006E1C0E" w:rsidSect="00034616">
      <w:pgSz w:w="12240" w:h="15840"/>
      <w:pgMar w:top="1224" w:right="1368" w:bottom="1152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1E15"/>
    <w:rsid w:val="00461C07"/>
    <w:rsid w:val="00524806"/>
    <w:rsid w:val="006E1C0E"/>
    <w:rsid w:val="0076759F"/>
    <w:rsid w:val="00934218"/>
    <w:rsid w:val="009C3279"/>
    <w:rsid w:val="00A91310"/>
    <w:rsid w:val="00AA1D8D"/>
    <w:rsid w:val="00B473B7"/>
    <w:rsid w:val="00B47730"/>
    <w:rsid w:val="00B9726E"/>
    <w:rsid w:val="00BE3C77"/>
    <w:rsid w:val="00C703E8"/>
    <w:rsid w:val="00CB0664"/>
    <w:rsid w:val="00EE07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B0640D"/>
  <w14:defaultImageDpi w14:val="300"/>
  <w15:docId w15:val="{21BECD91-78F6-47D1-8784-7CAEA331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40" w:line="30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Internship Committee Approval</dc:title>
  <dc:subject/>
  <dc:creator>meikuei yu</dc:creator>
  <cp:keywords/>
  <dc:description>generated by python-docx</dc:description>
  <cp:lastModifiedBy>meikuei yu</cp:lastModifiedBy>
  <cp:revision>7</cp:revision>
  <dcterms:created xsi:type="dcterms:W3CDTF">2026-10-02T03:06:00Z</dcterms:created>
  <dcterms:modified xsi:type="dcterms:W3CDTF">2026-10-02T03:21:00Z</dcterms:modified>
  <cp:category/>
</cp:coreProperties>
</file>